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663C6" w14:textId="77777777" w:rsidR="00241C66" w:rsidRDefault="00241C66" w:rsidP="00241C66">
      <w:pPr>
        <w:jc w:val="center"/>
      </w:pPr>
      <w:r>
        <w:rPr>
          <w:b/>
          <w:sz w:val="32"/>
        </w:rPr>
        <w:t>INSTALLATION AND ANCHORING FORM FOR SECURITY EQUIPMENT</w:t>
      </w:r>
    </w:p>
    <w:p w14:paraId="782E49E4" w14:textId="77777777" w:rsidR="00241C66" w:rsidRDefault="00241C66" w:rsidP="00241C66">
      <w:r>
        <w:rPr>
          <w:b/>
        </w:rPr>
        <w:t>⚠ IMPORTANT</w:t>
      </w:r>
      <w:r>
        <w:rPr>
          <w:b/>
        </w:rPr>
        <w:br/>
      </w:r>
      <w:r>
        <w:t>This form is essential to correctly quote the installation.</w:t>
      </w:r>
      <w:r>
        <w:br/>
        <w:t>In case of incorrect or incomplete information, additional costs may be incurred.</w:t>
      </w:r>
    </w:p>
    <w:p w14:paraId="22D59B0D" w14:textId="77777777" w:rsidR="00241C66" w:rsidRDefault="00241C66" w:rsidP="00241C66"/>
    <w:p w14:paraId="77AA18DC" w14:textId="77777777" w:rsidR="00241C66" w:rsidRDefault="00241C66" w:rsidP="00241C66">
      <w:r>
        <w:rPr>
          <w:b/>
          <w:sz w:val="24"/>
        </w:rPr>
        <w:t>1. EXTERNAL ACCESS</w:t>
      </w:r>
    </w:p>
    <w:p w14:paraId="5388B9A4" w14:textId="72EDB659" w:rsidR="00241C66" w:rsidRDefault="00277418" w:rsidP="00241C66">
      <w:sdt>
        <w:sdtPr>
          <w:id w:val="-389809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241C66">
        <w:t xml:space="preserve"> Direct truck access</w:t>
      </w:r>
    </w:p>
    <w:p w14:paraId="3F469D06" w14:textId="4C4A03C5" w:rsidR="00241C66" w:rsidRDefault="00277418" w:rsidP="00241C66">
      <w:sdt>
        <w:sdtPr>
          <w:id w:val="1882817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241C66">
        <w:t xml:space="preserve"> Loading area available</w:t>
      </w:r>
    </w:p>
    <w:p w14:paraId="1302BDDC" w14:textId="782052E7" w:rsidR="00241C66" w:rsidRDefault="00277418" w:rsidP="00241C66">
      <w:sdt>
        <w:sdtPr>
          <w:id w:val="377521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241C66">
        <w:t xml:space="preserve"> Traffic restrictions</w:t>
      </w:r>
    </w:p>
    <w:p w14:paraId="362C7117" w14:textId="6DF26814" w:rsidR="00241C66" w:rsidRDefault="00241C66" w:rsidP="00241C66">
      <w:r>
        <w:t>Distance from truck to access point (m): ________________________________</w:t>
      </w:r>
    </w:p>
    <w:p w14:paraId="61FB627C" w14:textId="77777777" w:rsidR="00241C66" w:rsidRDefault="00241C66" w:rsidP="00241C66">
      <w:r>
        <w:rPr>
          <w:b/>
          <w:sz w:val="24"/>
        </w:rPr>
        <w:t>2. BUILDING ACCESS</w:t>
      </w:r>
    </w:p>
    <w:p w14:paraId="03FE14CE" w14:textId="3406B6AC" w:rsidR="00241C66" w:rsidRDefault="00277418" w:rsidP="00241C66">
      <w:sdt>
        <w:sdtPr>
          <w:id w:val="-1915316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No steps</w:t>
      </w:r>
    </w:p>
    <w:p w14:paraId="4570C993" w14:textId="330760C5" w:rsidR="00241C66" w:rsidRDefault="00277418" w:rsidP="00241C66">
      <w:sdt>
        <w:sdtPr>
          <w:id w:val="1994904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With steps</w:t>
      </w:r>
    </w:p>
    <w:p w14:paraId="12F1E2B9" w14:textId="3F970272" w:rsidR="00241C66" w:rsidRDefault="00277418" w:rsidP="00241C66">
      <w:sdt>
        <w:sdtPr>
          <w:id w:val="-1739239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Ramp available</w:t>
      </w:r>
    </w:p>
    <w:p w14:paraId="64939046" w14:textId="77777777" w:rsidR="00241C66" w:rsidRDefault="00241C66" w:rsidP="00241C66">
      <w:r>
        <w:t>Number of steps: ________________________________</w:t>
      </w:r>
    </w:p>
    <w:p w14:paraId="42DE7148" w14:textId="078FAF32" w:rsidR="00241C66" w:rsidRDefault="00241C66" w:rsidP="00241C66">
      <w:r>
        <w:t>Narrowest access width (cm): ________________________________</w:t>
      </w:r>
    </w:p>
    <w:p w14:paraId="6AACAEF8" w14:textId="77777777" w:rsidR="00241C66" w:rsidRDefault="00241C66" w:rsidP="00241C66">
      <w:r>
        <w:rPr>
          <w:b/>
          <w:sz w:val="24"/>
        </w:rPr>
        <w:t>3. INTERNAL ROUTE</w:t>
      </w:r>
    </w:p>
    <w:p w14:paraId="7DC15BCC" w14:textId="138B4C37" w:rsidR="00241C66" w:rsidRDefault="00277418" w:rsidP="00241C66">
      <w:sdt>
        <w:sdtPr>
          <w:id w:val="-1642419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Ground floor</w:t>
      </w:r>
    </w:p>
    <w:p w14:paraId="7DEB9D0A" w14:textId="678191D0" w:rsidR="00241C66" w:rsidRDefault="00277418" w:rsidP="00241C66">
      <w:sdt>
        <w:sdtPr>
          <w:id w:val="-513530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241C66">
        <w:t xml:space="preserve"> Going up floors</w:t>
      </w:r>
    </w:p>
    <w:p w14:paraId="52F47341" w14:textId="6AE0DFCB" w:rsidR="00241C66" w:rsidRDefault="00277418" w:rsidP="00241C66">
      <w:sdt>
        <w:sdtPr>
          <w:id w:val="1206528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241C66">
        <w:t xml:space="preserve"> Going down floors</w:t>
      </w:r>
    </w:p>
    <w:p w14:paraId="06F670BD" w14:textId="5EFE8052" w:rsidR="00241C66" w:rsidRDefault="00277418" w:rsidP="00241C66">
      <w:sdt>
        <w:sdtPr>
          <w:id w:val="434173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Lift</w:t>
      </w:r>
    </w:p>
    <w:p w14:paraId="374FBA42" w14:textId="525E2C16" w:rsidR="00241C66" w:rsidRDefault="00277418" w:rsidP="00241C66">
      <w:sdt>
        <w:sdtPr>
          <w:id w:val="14697137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Stairs</w:t>
      </w:r>
    </w:p>
    <w:p w14:paraId="61202557" w14:textId="7CF66701" w:rsidR="00241C66" w:rsidRDefault="00277418" w:rsidP="00241C66">
      <w:sdt>
        <w:sdtPr>
          <w:id w:val="-1203472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Mixed</w:t>
      </w:r>
    </w:p>
    <w:p w14:paraId="29455D70" w14:textId="77777777" w:rsidR="00241C66" w:rsidRDefault="00241C66" w:rsidP="00241C66">
      <w:r>
        <w:rPr>
          <w:b/>
          <w:sz w:val="24"/>
        </w:rPr>
        <w:lastRenderedPageBreak/>
        <w:t>4. LIFT</w:t>
      </w:r>
    </w:p>
    <w:p w14:paraId="651E5B91" w14:textId="77777777" w:rsidR="00241C66" w:rsidRDefault="00241C66" w:rsidP="00241C66">
      <w:r>
        <w:t>Door width (cm): ________________________________</w:t>
      </w:r>
    </w:p>
    <w:p w14:paraId="58ABA743" w14:textId="77777777" w:rsidR="00241C66" w:rsidRDefault="00241C66" w:rsidP="00241C66">
      <w:r>
        <w:t>Door height (cm): ________________________________</w:t>
      </w:r>
    </w:p>
    <w:p w14:paraId="4C3C8A29" w14:textId="77777777" w:rsidR="00241C66" w:rsidRDefault="00241C66" w:rsidP="00241C66">
      <w:r>
        <w:t>Depth (cm): ________________________________</w:t>
      </w:r>
    </w:p>
    <w:p w14:paraId="498D120C" w14:textId="77777777" w:rsidR="00241C66" w:rsidRDefault="00241C66" w:rsidP="00241C66">
      <w:r>
        <w:t>Maximum load (kg): ________________________________</w:t>
      </w:r>
    </w:p>
    <w:p w14:paraId="7128F9E9" w14:textId="243397B7" w:rsidR="00241C66" w:rsidRDefault="00277418" w:rsidP="00241C66">
      <w:sdt>
        <w:sdtPr>
          <w:id w:val="-20587755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I confirm the equipment weight is compatible</w:t>
      </w:r>
    </w:p>
    <w:p w14:paraId="4C085788" w14:textId="77777777" w:rsidR="00241C66" w:rsidRDefault="00241C66" w:rsidP="00241C66">
      <w:r>
        <w:rPr>
          <w:b/>
          <w:sz w:val="24"/>
        </w:rPr>
        <w:t>5. STAIRS</w:t>
      </w:r>
    </w:p>
    <w:p w14:paraId="7712C7DB" w14:textId="0C2F5F75" w:rsidR="00241C66" w:rsidRDefault="00277418" w:rsidP="00241C66">
      <w:sdt>
        <w:sdtPr>
          <w:id w:val="860244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Straight</w:t>
      </w:r>
    </w:p>
    <w:p w14:paraId="268A1964" w14:textId="4CF94195" w:rsidR="00241C66" w:rsidRDefault="00277418" w:rsidP="00241C66">
      <w:sdt>
        <w:sdtPr>
          <w:id w:val="-1100326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With landings</w:t>
      </w:r>
    </w:p>
    <w:p w14:paraId="1AFCDC7C" w14:textId="7AF828B0" w:rsidR="00241C66" w:rsidRDefault="00277418" w:rsidP="00241C66">
      <w:sdt>
        <w:sdtPr>
          <w:id w:val="11381448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Spiral</w:t>
      </w:r>
    </w:p>
    <w:p w14:paraId="71A33BA3" w14:textId="77777777" w:rsidR="00241C66" w:rsidRDefault="00241C66" w:rsidP="00241C66">
      <w:r>
        <w:t>Minimum width (cm): ________________________________</w:t>
      </w:r>
    </w:p>
    <w:p w14:paraId="46DB03C6" w14:textId="196AC924" w:rsidR="00241C66" w:rsidRDefault="00241C66" w:rsidP="00241C66">
      <w:r>
        <w:t>Number of sections: ________________________________</w:t>
      </w:r>
    </w:p>
    <w:p w14:paraId="5B2C9559" w14:textId="77777777" w:rsidR="00241C66" w:rsidRDefault="00241C66" w:rsidP="00241C66">
      <w:r>
        <w:rPr>
          <w:b/>
          <w:sz w:val="24"/>
        </w:rPr>
        <w:t>6. OBSTACLES</w:t>
      </w:r>
    </w:p>
    <w:p w14:paraId="586A700A" w14:textId="36D592AB" w:rsidR="00241C66" w:rsidRDefault="00277418" w:rsidP="00241C66">
      <w:sdt>
        <w:sdtPr>
          <w:id w:val="-6486642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Narrow doors</w:t>
      </w:r>
    </w:p>
    <w:p w14:paraId="06592161" w14:textId="6E08A8A3" w:rsidR="00241C66" w:rsidRDefault="00277418" w:rsidP="00241C66">
      <w:sdt>
        <w:sdtPr>
          <w:id w:val="-1520463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Tight turns</w:t>
      </w:r>
    </w:p>
    <w:p w14:paraId="24622F60" w14:textId="4E6A0034" w:rsidR="00241C66" w:rsidRDefault="00277418" w:rsidP="00241C66">
      <w:sdt>
        <w:sdtPr>
          <w:id w:val="12353652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Low ceilings</w:t>
      </w:r>
    </w:p>
    <w:p w14:paraId="65C044FF" w14:textId="4B482C7D" w:rsidR="00241C66" w:rsidRDefault="00277418" w:rsidP="00241C66">
      <w:sdt>
        <w:sdtPr>
          <w:id w:val="-14032104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Narrow corridors</w:t>
      </w:r>
    </w:p>
    <w:p w14:paraId="27E11832" w14:textId="30B32C51" w:rsidR="00241C66" w:rsidRDefault="00241C66" w:rsidP="00241C66">
      <w:r>
        <w:t>Description: ________________________________</w:t>
      </w:r>
    </w:p>
    <w:p w14:paraId="0169F52F" w14:textId="77777777" w:rsidR="00241C66" w:rsidRDefault="00241C66" w:rsidP="00241C66">
      <w:r>
        <w:rPr>
          <w:b/>
          <w:sz w:val="24"/>
        </w:rPr>
        <w:t>7. ANCHORING</w:t>
      </w:r>
    </w:p>
    <w:p w14:paraId="58EFB655" w14:textId="39C61359" w:rsidR="00241C66" w:rsidRDefault="00277418" w:rsidP="00241C66">
      <w:sdt>
        <w:sdtPr>
          <w:id w:val="931088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Not required</w:t>
      </w:r>
    </w:p>
    <w:p w14:paraId="7F32C5CD" w14:textId="3FB50EDF" w:rsidR="00241C66" w:rsidRDefault="00277418" w:rsidP="00241C66">
      <w:sdt>
        <w:sdtPr>
          <w:id w:val="858237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Required</w:t>
      </w:r>
    </w:p>
    <w:p w14:paraId="7E6A13D3" w14:textId="77777777" w:rsidR="00241C66" w:rsidRDefault="00241C66" w:rsidP="00241C66"/>
    <w:p w14:paraId="5CDA012C" w14:textId="77777777" w:rsidR="00277418" w:rsidRDefault="00277418" w:rsidP="00241C66"/>
    <w:p w14:paraId="6ED5D035" w14:textId="77777777" w:rsidR="00277418" w:rsidRDefault="00277418" w:rsidP="00241C66"/>
    <w:p w14:paraId="49C664B4" w14:textId="77777777" w:rsidR="00241C66" w:rsidRDefault="00241C66" w:rsidP="00241C66">
      <w:r>
        <w:rPr>
          <w:b/>
          <w:sz w:val="24"/>
        </w:rPr>
        <w:lastRenderedPageBreak/>
        <w:t>8. FLOOR TYPE</w:t>
      </w:r>
    </w:p>
    <w:p w14:paraId="5B121A91" w14:textId="0F517A61" w:rsidR="00241C66" w:rsidRDefault="00277418" w:rsidP="00241C66">
      <w:sdt>
        <w:sdtPr>
          <w:id w:val="-2518984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Concrete</w:t>
      </w:r>
    </w:p>
    <w:p w14:paraId="609209F6" w14:textId="1582A9BB" w:rsidR="00241C66" w:rsidRDefault="00277418" w:rsidP="00241C66">
      <w:sdt>
        <w:sdtPr>
          <w:id w:val="1704825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Tile</w:t>
      </w:r>
    </w:p>
    <w:p w14:paraId="5D9501AD" w14:textId="748BDFB9" w:rsidR="00241C66" w:rsidRDefault="00277418" w:rsidP="00241C66">
      <w:sdt>
        <w:sdtPr>
          <w:id w:val="-3075543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Wood</w:t>
      </w:r>
    </w:p>
    <w:p w14:paraId="386E257C" w14:textId="77777777" w:rsidR="00241C66" w:rsidRDefault="00241C66" w:rsidP="00241C66">
      <w:r>
        <w:t>Other floor type: ________________________________</w:t>
      </w:r>
    </w:p>
    <w:p w14:paraId="5B916F70" w14:textId="155FC631" w:rsidR="00241C66" w:rsidRDefault="00277418" w:rsidP="00241C66">
      <w:sdt>
        <w:sdtPr>
          <w:id w:val="1349070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I confirm there are no hidden installations (pipes, cables, etc.)</w:t>
      </w:r>
    </w:p>
    <w:p w14:paraId="756CF2FA" w14:textId="77777777" w:rsidR="00241C66" w:rsidRDefault="00241C66" w:rsidP="00241C66">
      <w:r>
        <w:rPr>
          <w:b/>
          <w:sz w:val="24"/>
        </w:rPr>
        <w:t>9. REQUIRED DOCUMENTATION</w:t>
      </w:r>
    </w:p>
    <w:p w14:paraId="6FB2521C" w14:textId="2703263F" w:rsidR="00241C66" w:rsidRDefault="00277418" w:rsidP="00241C66">
      <w:sdt>
        <w:sdtPr>
          <w:id w:val="1161583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I have attached photos of the access</w:t>
      </w:r>
    </w:p>
    <w:p w14:paraId="2704EE97" w14:textId="0324B89F" w:rsidR="00241C66" w:rsidRDefault="00277418" w:rsidP="00241C66">
      <w:pPr>
        <w:pBdr>
          <w:bottom w:val="single" w:sz="6" w:space="1" w:color="auto"/>
        </w:pBdr>
      </w:pPr>
      <w:sdt>
        <w:sdtPr>
          <w:id w:val="472179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41C66">
        <w:t>I have attached a video of the route</w:t>
      </w:r>
    </w:p>
    <w:p w14:paraId="6333F675" w14:textId="77777777" w:rsidR="00241C66" w:rsidRDefault="00241C66" w:rsidP="00241C66">
      <w:pPr>
        <w:pBdr>
          <w:bottom w:val="single" w:sz="6" w:space="1" w:color="auto"/>
        </w:pBdr>
      </w:pPr>
    </w:p>
    <w:p w14:paraId="4524BE98" w14:textId="77777777" w:rsidR="00241C66" w:rsidRDefault="00241C66" w:rsidP="00241C66">
      <w:pPr>
        <w:rPr>
          <w:b/>
          <w:sz w:val="24"/>
        </w:rPr>
      </w:pPr>
    </w:p>
    <w:p w14:paraId="1018583E" w14:textId="5B82D4A6" w:rsidR="00241C66" w:rsidRDefault="00241C66" w:rsidP="00241C66">
      <w:r>
        <w:rPr>
          <w:b/>
          <w:sz w:val="24"/>
        </w:rPr>
        <w:t>CLIENT DETAILS</w:t>
      </w:r>
    </w:p>
    <w:p w14:paraId="10FDEE10" w14:textId="77777777" w:rsidR="00241C66" w:rsidRDefault="00241C66" w:rsidP="00241C66">
      <w:r>
        <w:t>Name: ________________________________</w:t>
      </w:r>
    </w:p>
    <w:p w14:paraId="78A29461" w14:textId="77777777" w:rsidR="00241C66" w:rsidRDefault="00241C66" w:rsidP="00241C66">
      <w:r>
        <w:t>Contact person: ________________________________</w:t>
      </w:r>
    </w:p>
    <w:p w14:paraId="102352C4" w14:textId="77777777" w:rsidR="00241C66" w:rsidRDefault="00241C66" w:rsidP="00241C66">
      <w:r>
        <w:t>Phone: ________________________________</w:t>
      </w:r>
    </w:p>
    <w:p w14:paraId="362AD0B1" w14:textId="77777777" w:rsidR="00241C66" w:rsidRDefault="00241C66" w:rsidP="00241C66">
      <w:r>
        <w:t>Delivery address: ________________________________</w:t>
      </w:r>
    </w:p>
    <w:p w14:paraId="2394E594" w14:textId="77777777" w:rsidR="00241C66" w:rsidRDefault="00241C66" w:rsidP="00241C66"/>
    <w:p w14:paraId="223818FD" w14:textId="2DB0A257" w:rsidR="00241C66" w:rsidRDefault="00241C66" w:rsidP="00241C66">
      <w:pPr>
        <w:jc w:val="right"/>
      </w:pPr>
      <w:r>
        <w:rPr>
          <w:b/>
        </w:rPr>
        <w:t>ARCAS GRUBER, S.A.</w:t>
      </w:r>
    </w:p>
    <w:p w14:paraId="5D235A8E" w14:textId="77777777" w:rsidR="00241C66" w:rsidRDefault="00241C66" w:rsidP="00241C66">
      <w:pPr>
        <w:jc w:val="right"/>
      </w:pPr>
      <w:r>
        <w:t>ESA48000814</w:t>
      </w:r>
    </w:p>
    <w:p w14:paraId="3055DFB7" w14:textId="77777777" w:rsidR="00241C66" w:rsidRDefault="00241C66" w:rsidP="00241C66">
      <w:pPr>
        <w:jc w:val="right"/>
      </w:pPr>
      <w:proofErr w:type="spellStart"/>
      <w:r>
        <w:t>Zumalakarregi</w:t>
      </w:r>
      <w:proofErr w:type="spellEnd"/>
      <w:r>
        <w:t xml:space="preserve">, 30 – 48903 – </w:t>
      </w:r>
      <w:proofErr w:type="spellStart"/>
      <w:r>
        <w:t>Barakaldo</w:t>
      </w:r>
      <w:proofErr w:type="spellEnd"/>
    </w:p>
    <w:p w14:paraId="6974390F" w14:textId="77777777" w:rsidR="00241C66" w:rsidRDefault="00241C66" w:rsidP="00241C66">
      <w:pPr>
        <w:jc w:val="right"/>
      </w:pPr>
      <w:r>
        <w:t>Vizcaya – Spain</w:t>
      </w:r>
    </w:p>
    <w:p w14:paraId="2ABDDC87" w14:textId="77777777" w:rsidR="00241C66" w:rsidRDefault="00241C66" w:rsidP="00241C66">
      <w:pPr>
        <w:jc w:val="right"/>
      </w:pPr>
      <w:r>
        <w:t>T. +34 94 421 68 20</w:t>
      </w:r>
    </w:p>
    <w:p w14:paraId="50C1E5FB" w14:textId="4503DD5E" w:rsidR="00241C66" w:rsidRDefault="00241C66" w:rsidP="00241C66">
      <w:pPr>
        <w:jc w:val="right"/>
      </w:pPr>
      <w:r>
        <w:t xml:space="preserve">Email: </w:t>
      </w:r>
      <w:hyperlink r:id="rId8" w:history="1">
        <w:r w:rsidRPr="00944B2C">
          <w:rPr>
            <w:rStyle w:val="Hipervnculo"/>
          </w:rPr>
          <w:t>info@arcasgruber.com</w:t>
        </w:r>
      </w:hyperlink>
    </w:p>
    <w:p w14:paraId="0294B335" w14:textId="06F217C1" w:rsidR="000A5E54" w:rsidRDefault="00241C66" w:rsidP="00241C66">
      <w:pPr>
        <w:jc w:val="right"/>
      </w:pPr>
      <w:hyperlink r:id="rId9" w:history="1">
        <w:r w:rsidRPr="00944B2C">
          <w:rPr>
            <w:rStyle w:val="Hipervnculo"/>
          </w:rPr>
          <w:t>www.arcasgruber.com</w:t>
        </w:r>
      </w:hyperlink>
    </w:p>
    <w:sectPr w:rsidR="000A5E54" w:rsidSect="004B0831">
      <w:headerReference w:type="default" r:id="rId10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F8CA6" w14:textId="77777777" w:rsidR="00CA6277" w:rsidRDefault="00CA6277" w:rsidP="004B0831">
      <w:pPr>
        <w:spacing w:after="0" w:line="240" w:lineRule="auto"/>
      </w:pPr>
      <w:r>
        <w:separator/>
      </w:r>
    </w:p>
  </w:endnote>
  <w:endnote w:type="continuationSeparator" w:id="0">
    <w:p w14:paraId="58C4A249" w14:textId="77777777" w:rsidR="00CA6277" w:rsidRDefault="00CA6277" w:rsidP="004B0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547CE" w14:textId="77777777" w:rsidR="00CA6277" w:rsidRDefault="00CA6277" w:rsidP="004B0831">
      <w:pPr>
        <w:spacing w:after="0" w:line="240" w:lineRule="auto"/>
      </w:pPr>
      <w:r>
        <w:separator/>
      </w:r>
    </w:p>
  </w:footnote>
  <w:footnote w:type="continuationSeparator" w:id="0">
    <w:p w14:paraId="5E441B78" w14:textId="77777777" w:rsidR="00CA6277" w:rsidRDefault="00CA6277" w:rsidP="004B0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FDA36" w14:textId="77777777" w:rsidR="004B0831" w:rsidRDefault="004B0831" w:rsidP="004B0831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1FDA43F" wp14:editId="0A92DAFC">
          <wp:simplePos x="0" y="0"/>
          <wp:positionH relativeFrom="column">
            <wp:posOffset>5234940</wp:posOffset>
          </wp:positionH>
          <wp:positionV relativeFrom="paragraph">
            <wp:posOffset>-192405</wp:posOffset>
          </wp:positionV>
          <wp:extent cx="733425" cy="733425"/>
          <wp:effectExtent l="19050" t="0" r="9525" b="0"/>
          <wp:wrapThrough wrapText="bothSides">
            <wp:wrapPolygon edited="0">
              <wp:start x="-561" y="0"/>
              <wp:lineTo x="-561" y="21319"/>
              <wp:lineTo x="21881" y="21319"/>
              <wp:lineTo x="21881" y="0"/>
              <wp:lineTo x="-561" y="0"/>
            </wp:wrapPolygon>
          </wp:wrapThrough>
          <wp:docPr id="10" name="Imagen 7" descr="C:\Users\Arcas Gruber\Desktop\leon transparencia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rcas Gruber\Desktop\leon transparencia 2.jpg"/>
                  <pic:cNvPicPr>
                    <a:picLocks noChangeAspect="1" noChangeArrowheads="1"/>
                  </pic:cNvPicPr>
                </pic:nvPicPr>
                <pic:blipFill>
                  <a:blip r:embed="rId1" cstate="screen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EE79DB5" wp14:editId="569A1061">
          <wp:simplePos x="0" y="0"/>
          <wp:positionH relativeFrom="column">
            <wp:posOffset>-118110</wp:posOffset>
          </wp:positionH>
          <wp:positionV relativeFrom="paragraph">
            <wp:posOffset>-87630</wp:posOffset>
          </wp:positionV>
          <wp:extent cx="2381250" cy="704850"/>
          <wp:effectExtent l="19050" t="0" r="0" b="0"/>
          <wp:wrapThrough wrapText="bothSides">
            <wp:wrapPolygon edited="0">
              <wp:start x="-173" y="0"/>
              <wp:lineTo x="-173" y="21016"/>
              <wp:lineTo x="21600" y="21016"/>
              <wp:lineTo x="21600" y="0"/>
              <wp:lineTo x="-173" y="0"/>
            </wp:wrapPolygon>
          </wp:wrapThrough>
          <wp:docPr id="484963493" name="Imagen 4" descr="http://www.sumindustria.es/content/catalog/empresas/sumindustria_gruber_arcas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www.sumindustria.es/content/catalog/empresas/sumindustria_gruber_arcas_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grayscl/>
                    <a:lum contrast="47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</w:p>
  <w:p w14:paraId="59E30BB4" w14:textId="77777777" w:rsidR="004B0831" w:rsidRDefault="004B0831" w:rsidP="004B0831">
    <w:pPr>
      <w:pStyle w:val="Encabezado"/>
    </w:pPr>
  </w:p>
  <w:p w14:paraId="7644DA2B" w14:textId="4A9070FA" w:rsidR="004B0831" w:rsidRDefault="004B0831" w:rsidP="004B0831">
    <w:pPr>
      <w:pStyle w:val="Encabezado"/>
    </w:pPr>
  </w:p>
  <w:p w14:paraId="4A72A566" w14:textId="77777777" w:rsidR="004B0831" w:rsidRDefault="004B0831" w:rsidP="004B0831">
    <w:pPr>
      <w:pStyle w:val="Encabezado"/>
      <w:jc w:val="right"/>
    </w:pPr>
  </w:p>
  <w:p w14:paraId="2B40049C" w14:textId="1760F917" w:rsidR="004B0831" w:rsidRDefault="004B0831" w:rsidP="004B0831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C35E0D6" wp14:editId="7D0A836D">
              <wp:simplePos x="0" y="0"/>
              <wp:positionH relativeFrom="column">
                <wp:posOffset>-165735</wp:posOffset>
              </wp:positionH>
              <wp:positionV relativeFrom="paragraph">
                <wp:posOffset>48895</wp:posOffset>
              </wp:positionV>
              <wp:extent cx="6067425" cy="635"/>
              <wp:effectExtent l="24765" t="20320" r="22860" b="26670"/>
              <wp:wrapNone/>
              <wp:docPr id="2099385908" name="Conector recto de flech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67425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ABA54F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" o:spid="_x0000_s1026" type="#_x0000_t32" style="position:absolute;margin-left:-13.05pt;margin-top:3.85pt;width:477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" strokeweight="3pt"/>
          </w:pict>
        </mc:Fallback>
      </mc:AlternateContent>
    </w:r>
  </w:p>
  <w:p w14:paraId="17B93249" w14:textId="07D81382" w:rsidR="004B0831" w:rsidRDefault="004B08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9427630">
    <w:abstractNumId w:val="8"/>
  </w:num>
  <w:num w:numId="2" w16cid:durableId="1639339868">
    <w:abstractNumId w:val="6"/>
  </w:num>
  <w:num w:numId="3" w16cid:durableId="363871090">
    <w:abstractNumId w:val="5"/>
  </w:num>
  <w:num w:numId="4" w16cid:durableId="1109474260">
    <w:abstractNumId w:val="4"/>
  </w:num>
  <w:num w:numId="5" w16cid:durableId="1341277247">
    <w:abstractNumId w:val="7"/>
  </w:num>
  <w:num w:numId="6" w16cid:durableId="2100981130">
    <w:abstractNumId w:val="3"/>
  </w:num>
  <w:num w:numId="7" w16cid:durableId="932055065">
    <w:abstractNumId w:val="2"/>
  </w:num>
  <w:num w:numId="8" w16cid:durableId="575629820">
    <w:abstractNumId w:val="1"/>
  </w:num>
  <w:num w:numId="9" w16cid:durableId="1737968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0EDB"/>
    <w:rsid w:val="000A5E54"/>
    <w:rsid w:val="001363A7"/>
    <w:rsid w:val="0015074B"/>
    <w:rsid w:val="00241C66"/>
    <w:rsid w:val="00277418"/>
    <w:rsid w:val="0029639D"/>
    <w:rsid w:val="00326F90"/>
    <w:rsid w:val="004B0831"/>
    <w:rsid w:val="00537DD1"/>
    <w:rsid w:val="0057038E"/>
    <w:rsid w:val="006C3BF0"/>
    <w:rsid w:val="006C572D"/>
    <w:rsid w:val="007F7A60"/>
    <w:rsid w:val="00804ABF"/>
    <w:rsid w:val="009457A9"/>
    <w:rsid w:val="00AA1D8D"/>
    <w:rsid w:val="00B47730"/>
    <w:rsid w:val="00BF7C37"/>
    <w:rsid w:val="00CA6277"/>
    <w:rsid w:val="00CB0664"/>
    <w:rsid w:val="00DE7D38"/>
    <w:rsid w:val="00DF1A15"/>
    <w:rsid w:val="00FA5D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78D09E"/>
  <w14:defaultImageDpi w14:val="330"/>
  <w15:docId w15:val="{81B4B888-9CD1-4597-9BC6-C7CEEED9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57038E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A5E54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A5E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rcasgruber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rcasgruber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301</Words>
  <Characters>1661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Guillermo Gruber Acha</cp:lastModifiedBy>
  <cp:revision>7</cp:revision>
  <dcterms:created xsi:type="dcterms:W3CDTF">2013-12-23T23:15:00Z</dcterms:created>
  <dcterms:modified xsi:type="dcterms:W3CDTF">2026-04-30T11:03:00Z</dcterms:modified>
  <cp:category/>
</cp:coreProperties>
</file>